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104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D45F1C" w14:paraId="6CB0A813" w14:textId="77777777" w:rsidTr="00D45F1C">
        <w:trPr>
          <w:trHeight w:val="275"/>
        </w:trPr>
        <w:tc>
          <w:tcPr>
            <w:tcW w:w="1418" w:type="dxa"/>
            <w:vMerge w:val="restart"/>
          </w:tcPr>
          <w:p w14:paraId="7C715941" w14:textId="77777777" w:rsidR="00D45F1C" w:rsidRDefault="00D45F1C" w:rsidP="004A1F8C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308DAAE9" wp14:editId="45E26763">
                  <wp:extent cx="589960" cy="590426"/>
                  <wp:effectExtent l="0" t="0" r="635" b="0"/>
                  <wp:docPr id="160649527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14:paraId="7058079B" w14:textId="77777777" w:rsidR="00D45F1C" w:rsidRPr="00D45F1C" w:rsidRDefault="00D45F1C" w:rsidP="00D45F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F1C">
              <w:rPr>
                <w:rFonts w:ascii="Times New Roman" w:hAnsi="Times New Roman" w:cs="Times New Roman"/>
                <w:b/>
                <w:sz w:val="24"/>
                <w:szCs w:val="24"/>
              </w:rPr>
              <w:t>VETERİNER FAKÜLTESİ</w:t>
            </w:r>
            <w:r w:rsidRPr="00D45F1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SINAV YOKLAMA VE EVRAK TESLİM FORMU</w:t>
            </w:r>
          </w:p>
          <w:p w14:paraId="1DAC4830" w14:textId="77777777" w:rsidR="00D45F1C" w:rsidRPr="000B6E5B" w:rsidRDefault="00D45F1C" w:rsidP="004A1F8C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755A2902" w14:textId="77777777" w:rsidR="00D45F1C" w:rsidRPr="00100439" w:rsidRDefault="00D45F1C" w:rsidP="004A1F8C">
            <w:pPr>
              <w:pStyle w:val="TableParagraph"/>
              <w:spacing w:before="2"/>
              <w:ind w:left="108"/>
              <w:rPr>
                <w:sz w:val="18"/>
              </w:rPr>
            </w:pPr>
            <w:r w:rsidRPr="00100439">
              <w:rPr>
                <w:sz w:val="18"/>
              </w:rPr>
              <w:t>Doküman</w:t>
            </w:r>
            <w:r w:rsidRPr="00100439">
              <w:rPr>
                <w:spacing w:val="1"/>
                <w:sz w:val="18"/>
              </w:rPr>
              <w:t xml:space="preserve"> </w:t>
            </w:r>
            <w:r w:rsidRPr="00100439">
              <w:rPr>
                <w:spacing w:val="-5"/>
                <w:sz w:val="18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1EE42E2F" w14:textId="77777777" w:rsidR="00D45F1C" w:rsidRPr="00100439" w:rsidRDefault="00D45F1C" w:rsidP="004A1F8C">
            <w:pPr>
              <w:pStyle w:val="TableParagraph"/>
              <w:spacing w:before="2"/>
              <w:ind w:left="15"/>
              <w:rPr>
                <w:sz w:val="18"/>
              </w:rPr>
            </w:pPr>
          </w:p>
        </w:tc>
        <w:tc>
          <w:tcPr>
            <w:tcW w:w="1549" w:type="dxa"/>
          </w:tcPr>
          <w:p w14:paraId="32CC8FAD" w14:textId="551A647D" w:rsidR="00D45F1C" w:rsidRDefault="00B67B83" w:rsidP="004A1F8C">
            <w:pPr>
              <w:pStyle w:val="TableParagraph"/>
              <w:rPr>
                <w:sz w:val="20"/>
              </w:rPr>
            </w:pPr>
            <w:r w:rsidRPr="00B67B83">
              <w:rPr>
                <w:sz w:val="20"/>
              </w:rPr>
              <w:t>SİÜ. FR-1675</w:t>
            </w:r>
          </w:p>
        </w:tc>
      </w:tr>
      <w:tr w:rsidR="00D45F1C" w14:paraId="22F89D82" w14:textId="77777777" w:rsidTr="00D45F1C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14:paraId="502CE500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55A13D4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4BB79C42" w14:textId="77777777" w:rsidR="00D45F1C" w:rsidRPr="00100439" w:rsidRDefault="00D45F1C" w:rsidP="004A1F8C">
            <w:pPr>
              <w:pStyle w:val="TableParagraph"/>
              <w:spacing w:line="186" w:lineRule="exact"/>
              <w:ind w:left="108"/>
              <w:rPr>
                <w:sz w:val="18"/>
              </w:rPr>
            </w:pPr>
            <w:r w:rsidRPr="00100439">
              <w:rPr>
                <w:sz w:val="18"/>
              </w:rPr>
              <w:t>Yayın</w:t>
            </w:r>
            <w:r w:rsidRPr="00100439"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5DF26D8F" w14:textId="77777777" w:rsidR="00D45F1C" w:rsidRPr="00100439" w:rsidRDefault="00D45F1C" w:rsidP="004A1F8C">
            <w:pPr>
              <w:pStyle w:val="TableParagraph"/>
              <w:spacing w:line="186" w:lineRule="exact"/>
              <w:ind w:left="15"/>
              <w:rPr>
                <w:sz w:val="18"/>
              </w:rPr>
            </w:pPr>
          </w:p>
        </w:tc>
        <w:tc>
          <w:tcPr>
            <w:tcW w:w="1549" w:type="dxa"/>
          </w:tcPr>
          <w:p w14:paraId="38620222" w14:textId="57A9C4DE" w:rsidR="00D45F1C" w:rsidRPr="008D645D" w:rsidRDefault="00B67B83" w:rsidP="004A1F8C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15.05.2026</w:t>
            </w:r>
          </w:p>
        </w:tc>
      </w:tr>
      <w:tr w:rsidR="00D45F1C" w14:paraId="67986AA0" w14:textId="77777777" w:rsidTr="00D45F1C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14:paraId="36BF3ED2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1D9D9C6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7D8478D0" w14:textId="77777777" w:rsidR="00D45F1C" w:rsidRPr="00100439" w:rsidRDefault="00D45F1C" w:rsidP="004A1F8C">
            <w:pPr>
              <w:pStyle w:val="TableParagraph"/>
              <w:spacing w:line="188" w:lineRule="exact"/>
              <w:ind w:left="108"/>
              <w:rPr>
                <w:sz w:val="18"/>
              </w:rPr>
            </w:pPr>
            <w:r w:rsidRPr="00100439">
              <w:rPr>
                <w:sz w:val="18"/>
              </w:rPr>
              <w:t>Revizyon</w:t>
            </w:r>
            <w:r w:rsidRPr="00100439">
              <w:rPr>
                <w:spacing w:val="-2"/>
                <w:sz w:val="18"/>
              </w:rPr>
              <w:t xml:space="preserve"> </w:t>
            </w:r>
            <w:r w:rsidRPr="00100439">
              <w:rPr>
                <w:spacing w:val="-5"/>
                <w:sz w:val="18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5E1BB561" w14:textId="77777777" w:rsidR="00D45F1C" w:rsidRPr="00100439" w:rsidRDefault="00D45F1C" w:rsidP="004A1F8C">
            <w:pPr>
              <w:pStyle w:val="TableParagraph"/>
              <w:spacing w:line="188" w:lineRule="exact"/>
              <w:ind w:left="15"/>
              <w:rPr>
                <w:sz w:val="18"/>
              </w:rPr>
            </w:pPr>
          </w:p>
        </w:tc>
        <w:tc>
          <w:tcPr>
            <w:tcW w:w="1549" w:type="dxa"/>
          </w:tcPr>
          <w:p w14:paraId="680A20C7" w14:textId="77777777" w:rsidR="00D45F1C" w:rsidRDefault="00D45F1C" w:rsidP="004A1F8C">
            <w:pPr>
              <w:pStyle w:val="TableParagraph"/>
              <w:rPr>
                <w:sz w:val="14"/>
              </w:rPr>
            </w:pPr>
          </w:p>
        </w:tc>
      </w:tr>
      <w:tr w:rsidR="00D45F1C" w14:paraId="18F3C78E" w14:textId="77777777" w:rsidTr="00D45F1C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14:paraId="5D3F7163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65EDC711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6DFACACA" w14:textId="77777777" w:rsidR="00D45F1C" w:rsidRPr="00100439" w:rsidRDefault="00D45F1C" w:rsidP="004A1F8C">
            <w:pPr>
              <w:pStyle w:val="TableParagraph"/>
              <w:spacing w:line="186" w:lineRule="exact"/>
              <w:ind w:left="15"/>
              <w:rPr>
                <w:sz w:val="18"/>
              </w:rPr>
            </w:pPr>
            <w:r w:rsidRPr="00100439">
              <w:rPr>
                <w:sz w:val="18"/>
              </w:rPr>
              <w:t xml:space="preserve">  Revizyon </w:t>
            </w:r>
            <w:r w:rsidRPr="00100439">
              <w:rPr>
                <w:spacing w:val="-2"/>
                <w:sz w:val="18"/>
              </w:rPr>
              <w:t>Tarihi</w:t>
            </w:r>
          </w:p>
        </w:tc>
        <w:tc>
          <w:tcPr>
            <w:tcW w:w="1549" w:type="dxa"/>
          </w:tcPr>
          <w:p w14:paraId="49428BA3" w14:textId="77777777" w:rsidR="00D45F1C" w:rsidRDefault="00D45F1C" w:rsidP="004A1F8C">
            <w:pPr>
              <w:pStyle w:val="TableParagraph"/>
              <w:rPr>
                <w:sz w:val="14"/>
              </w:rPr>
            </w:pPr>
          </w:p>
        </w:tc>
      </w:tr>
      <w:tr w:rsidR="00D45F1C" w14:paraId="5774A292" w14:textId="77777777" w:rsidTr="00D45F1C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14:paraId="5B3B562C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14:paraId="0E65A9AF" w14:textId="77777777" w:rsidR="00D45F1C" w:rsidRDefault="00D45F1C" w:rsidP="004A1F8C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14:paraId="6D2B4DED" w14:textId="77777777" w:rsidR="00D45F1C" w:rsidRPr="00100439" w:rsidRDefault="00D45F1C" w:rsidP="004A1F8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 w:rsidRPr="00100439">
              <w:rPr>
                <w:sz w:val="18"/>
              </w:rPr>
              <w:t>Sayfa</w:t>
            </w:r>
            <w:r w:rsidRPr="00100439">
              <w:rPr>
                <w:spacing w:val="-1"/>
                <w:sz w:val="18"/>
              </w:rPr>
              <w:t xml:space="preserve"> </w:t>
            </w:r>
            <w:r w:rsidRPr="00100439">
              <w:rPr>
                <w:spacing w:val="-5"/>
                <w:sz w:val="18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14:paraId="31597582" w14:textId="77777777" w:rsidR="00D45F1C" w:rsidRPr="00100439" w:rsidRDefault="00D45F1C" w:rsidP="004A1F8C">
            <w:pPr>
              <w:pStyle w:val="TableParagraph"/>
              <w:spacing w:line="207" w:lineRule="exact"/>
              <w:ind w:left="15"/>
              <w:rPr>
                <w:sz w:val="18"/>
              </w:rPr>
            </w:pPr>
          </w:p>
        </w:tc>
        <w:tc>
          <w:tcPr>
            <w:tcW w:w="1549" w:type="dxa"/>
            <w:vAlign w:val="center"/>
          </w:tcPr>
          <w:p w14:paraId="4FFDD22B" w14:textId="77777777" w:rsidR="00D45F1C" w:rsidRPr="00743853" w:rsidRDefault="00D45F1C" w:rsidP="004A1F8C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14:paraId="75303F65" w14:textId="77777777" w:rsidR="00965DE3" w:rsidRPr="00D45F1C" w:rsidRDefault="00BB4AD3">
      <w:pPr>
        <w:jc w:val="center"/>
        <w:rPr>
          <w:rFonts w:ascii="Times New Roman" w:hAnsi="Times New Roman" w:cs="Times New Roman"/>
          <w:sz w:val="24"/>
          <w:szCs w:val="24"/>
        </w:rPr>
      </w:pPr>
      <w:r w:rsidRPr="00D45F1C">
        <w:rPr>
          <w:rFonts w:ascii="Times New Roman" w:hAnsi="Times New Roman" w:cs="Times New Roman"/>
          <w:b/>
          <w:sz w:val="24"/>
          <w:szCs w:val="24"/>
        </w:rPr>
        <w:t>T.C.</w:t>
      </w:r>
      <w:r w:rsidRPr="00D45F1C">
        <w:rPr>
          <w:rFonts w:ascii="Times New Roman" w:hAnsi="Times New Roman" w:cs="Times New Roman"/>
          <w:b/>
          <w:sz w:val="24"/>
          <w:szCs w:val="24"/>
        </w:rPr>
        <w:br/>
        <w:t>SİİRT ÜNİVERSİTESİ</w:t>
      </w:r>
      <w:r w:rsidRPr="00D45F1C">
        <w:rPr>
          <w:rFonts w:ascii="Times New Roman" w:hAnsi="Times New Roman" w:cs="Times New Roman"/>
          <w:b/>
          <w:sz w:val="24"/>
          <w:szCs w:val="24"/>
        </w:rPr>
        <w:br/>
        <w:t>VETERİNER FAKÜLTESİ</w:t>
      </w:r>
      <w:r w:rsidRPr="00D45F1C">
        <w:rPr>
          <w:rFonts w:ascii="Times New Roman" w:hAnsi="Times New Roman" w:cs="Times New Roman"/>
          <w:b/>
          <w:sz w:val="24"/>
          <w:szCs w:val="24"/>
        </w:rPr>
        <w:br/>
        <w:t>SINAV YOKLAMA VE EVRAK TESLİM FORMU</w:t>
      </w:r>
    </w:p>
    <w:tbl>
      <w:tblPr>
        <w:tblStyle w:val="TabloKlavuzu"/>
        <w:tblW w:w="9684" w:type="dxa"/>
        <w:jc w:val="center"/>
        <w:tblLook w:val="04A0" w:firstRow="1" w:lastRow="0" w:firstColumn="1" w:lastColumn="0" w:noHBand="0" w:noVBand="1"/>
      </w:tblPr>
      <w:tblGrid>
        <w:gridCol w:w="4535"/>
        <w:gridCol w:w="1274"/>
        <w:gridCol w:w="1882"/>
        <w:gridCol w:w="1993"/>
      </w:tblGrid>
      <w:tr w:rsidR="00965DE3" w14:paraId="7D167F9B" w14:textId="77777777" w:rsidTr="00D45F1C">
        <w:trPr>
          <w:trHeight w:val="869"/>
          <w:jc w:val="center"/>
        </w:trPr>
        <w:tc>
          <w:tcPr>
            <w:tcW w:w="4535" w:type="dxa"/>
            <w:tcBorders>
              <w:right w:val="nil"/>
            </w:tcBorders>
            <w:vAlign w:val="center"/>
          </w:tcPr>
          <w:p w14:paraId="56FCF422" w14:textId="77777777" w:rsidR="00965DE3" w:rsidRPr="00786C92" w:rsidRDefault="00BB4AD3">
            <w:pPr>
              <w:rPr>
                <w:b/>
                <w:bCs/>
              </w:rPr>
            </w:pPr>
            <w:proofErr w:type="spellStart"/>
            <w:r w:rsidRPr="00786C92">
              <w:rPr>
                <w:b/>
                <w:bCs/>
                <w:sz w:val="20"/>
              </w:rPr>
              <w:t>Dersin</w:t>
            </w:r>
            <w:proofErr w:type="spellEnd"/>
            <w:r w:rsidRPr="00786C92">
              <w:rPr>
                <w:b/>
                <w:bCs/>
                <w:sz w:val="20"/>
              </w:rPr>
              <w:t xml:space="preserve"> </w:t>
            </w:r>
            <w:proofErr w:type="spellStart"/>
            <w:r w:rsidRPr="00786C92">
              <w:rPr>
                <w:b/>
                <w:bCs/>
                <w:sz w:val="20"/>
              </w:rPr>
              <w:t>Adı</w:t>
            </w:r>
            <w:proofErr w:type="spellEnd"/>
          </w:p>
        </w:tc>
        <w:tc>
          <w:tcPr>
            <w:tcW w:w="1274" w:type="dxa"/>
            <w:tcBorders>
              <w:left w:val="nil"/>
              <w:bottom w:val="single" w:sz="4" w:space="0" w:color="auto"/>
            </w:tcBorders>
            <w:vAlign w:val="center"/>
          </w:tcPr>
          <w:p w14:paraId="412EB2AA" w14:textId="77777777" w:rsidR="00965DE3" w:rsidRDefault="00965DE3"/>
        </w:tc>
        <w:tc>
          <w:tcPr>
            <w:tcW w:w="1882" w:type="dxa"/>
            <w:vAlign w:val="center"/>
          </w:tcPr>
          <w:p w14:paraId="3788F654" w14:textId="77777777" w:rsidR="00965DE3" w:rsidRDefault="00BB4AD3"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Türü</w:t>
            </w:r>
            <w:proofErr w:type="spellEnd"/>
          </w:p>
        </w:tc>
        <w:tc>
          <w:tcPr>
            <w:tcW w:w="1993" w:type="dxa"/>
            <w:vAlign w:val="center"/>
          </w:tcPr>
          <w:p w14:paraId="604C4C64" w14:textId="77777777" w:rsidR="00D45F1C" w:rsidRDefault="00BB4AD3">
            <w:pPr>
              <w:rPr>
                <w:sz w:val="20"/>
              </w:rPr>
            </w:pPr>
            <w:r>
              <w:rPr>
                <w:sz w:val="20"/>
              </w:rPr>
              <w:t xml:space="preserve">☐ Ara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</w:p>
          <w:p w14:paraId="3A2B6AF7" w14:textId="77777777" w:rsidR="00D45F1C" w:rsidRDefault="00BB4AD3">
            <w:pPr>
              <w:rPr>
                <w:sz w:val="20"/>
              </w:rPr>
            </w:pPr>
            <w:r>
              <w:rPr>
                <w:sz w:val="20"/>
              </w:rPr>
              <w:t xml:space="preserve">☐ Final </w:t>
            </w:r>
          </w:p>
          <w:p w14:paraId="61D5CE4A" w14:textId="6A1B7383" w:rsidR="00D45F1C" w:rsidRDefault="00BB4AD3">
            <w:pPr>
              <w:rPr>
                <w:sz w:val="20"/>
              </w:rPr>
            </w:pPr>
            <w:r>
              <w:rPr>
                <w:sz w:val="20"/>
              </w:rPr>
              <w:t xml:space="preserve">☐ </w:t>
            </w:r>
            <w:proofErr w:type="spellStart"/>
            <w:r>
              <w:rPr>
                <w:sz w:val="20"/>
              </w:rPr>
              <w:t>Bütünleme</w:t>
            </w:r>
            <w:proofErr w:type="spellEnd"/>
            <w:r>
              <w:rPr>
                <w:sz w:val="20"/>
              </w:rPr>
              <w:t xml:space="preserve"> </w:t>
            </w:r>
          </w:p>
          <w:p w14:paraId="1C5ED4CD" w14:textId="14A38FF1" w:rsidR="00965DE3" w:rsidRDefault="00BB4AD3">
            <w:r>
              <w:rPr>
                <w:sz w:val="20"/>
              </w:rPr>
              <w:t xml:space="preserve">☐ </w:t>
            </w:r>
            <w:proofErr w:type="spellStart"/>
            <w:r>
              <w:rPr>
                <w:sz w:val="20"/>
              </w:rPr>
              <w:t>Diğer</w:t>
            </w:r>
            <w:proofErr w:type="spellEnd"/>
            <w:r>
              <w:rPr>
                <w:sz w:val="20"/>
              </w:rPr>
              <w:t>: ______</w:t>
            </w:r>
          </w:p>
        </w:tc>
      </w:tr>
      <w:tr w:rsidR="00965DE3" w14:paraId="0E4AFC9F" w14:textId="77777777" w:rsidTr="00D45F1C">
        <w:trPr>
          <w:trHeight w:val="281"/>
          <w:jc w:val="center"/>
        </w:trPr>
        <w:tc>
          <w:tcPr>
            <w:tcW w:w="4535" w:type="dxa"/>
            <w:tcBorders>
              <w:right w:val="nil"/>
            </w:tcBorders>
            <w:vAlign w:val="center"/>
          </w:tcPr>
          <w:p w14:paraId="632A53EB" w14:textId="77777777" w:rsidR="00965DE3" w:rsidRDefault="00BB4AD3"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Tarihi</w:t>
            </w:r>
            <w:proofErr w:type="spellEnd"/>
          </w:p>
        </w:tc>
        <w:tc>
          <w:tcPr>
            <w:tcW w:w="1274" w:type="dxa"/>
            <w:tcBorders>
              <w:left w:val="nil"/>
              <w:bottom w:val="single" w:sz="4" w:space="0" w:color="auto"/>
            </w:tcBorders>
            <w:vAlign w:val="center"/>
          </w:tcPr>
          <w:p w14:paraId="69E24CE3" w14:textId="77777777" w:rsidR="00965DE3" w:rsidRDefault="00965DE3"/>
        </w:tc>
        <w:tc>
          <w:tcPr>
            <w:tcW w:w="1882" w:type="dxa"/>
            <w:vAlign w:val="center"/>
          </w:tcPr>
          <w:p w14:paraId="29AC9D99" w14:textId="77777777" w:rsidR="00965DE3" w:rsidRDefault="00BB4AD3"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Saati</w:t>
            </w:r>
          </w:p>
        </w:tc>
        <w:tc>
          <w:tcPr>
            <w:tcW w:w="1993" w:type="dxa"/>
            <w:vAlign w:val="center"/>
          </w:tcPr>
          <w:p w14:paraId="5E26B718" w14:textId="77777777" w:rsidR="00965DE3" w:rsidRDefault="00965DE3"/>
        </w:tc>
      </w:tr>
      <w:tr w:rsidR="00965DE3" w14:paraId="1A3B223E" w14:textId="77777777" w:rsidTr="00D45F1C">
        <w:trPr>
          <w:trHeight w:val="802"/>
          <w:jc w:val="center"/>
        </w:trPr>
        <w:tc>
          <w:tcPr>
            <w:tcW w:w="4535" w:type="dxa"/>
            <w:tcBorders>
              <w:right w:val="nil"/>
            </w:tcBorders>
            <w:vAlign w:val="center"/>
          </w:tcPr>
          <w:p w14:paraId="6DCA1EA0" w14:textId="77777777" w:rsidR="00965DE3" w:rsidRDefault="00BB4AD3">
            <w:proofErr w:type="spellStart"/>
            <w:r>
              <w:rPr>
                <w:sz w:val="20"/>
              </w:rPr>
              <w:t>Derslik</w:t>
            </w:r>
            <w:proofErr w:type="spellEnd"/>
          </w:p>
        </w:tc>
        <w:tc>
          <w:tcPr>
            <w:tcW w:w="1274" w:type="dxa"/>
            <w:tcBorders>
              <w:left w:val="nil"/>
              <w:bottom w:val="single" w:sz="4" w:space="0" w:color="auto"/>
            </w:tcBorders>
            <w:vAlign w:val="center"/>
          </w:tcPr>
          <w:p w14:paraId="7E05C92C" w14:textId="77777777" w:rsidR="00965DE3" w:rsidRDefault="00965DE3"/>
        </w:tc>
        <w:tc>
          <w:tcPr>
            <w:tcW w:w="1882" w:type="dxa"/>
            <w:vAlign w:val="center"/>
          </w:tcPr>
          <w:p w14:paraId="3F03904D" w14:textId="77777777" w:rsidR="00965DE3" w:rsidRDefault="00BB4AD3">
            <w:proofErr w:type="spellStart"/>
            <w:r>
              <w:rPr>
                <w:sz w:val="20"/>
              </w:rPr>
              <w:t>Sorumlu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Öğretim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Elemanı</w:t>
            </w:r>
            <w:proofErr w:type="spellEnd"/>
          </w:p>
        </w:tc>
        <w:tc>
          <w:tcPr>
            <w:tcW w:w="1993" w:type="dxa"/>
            <w:vAlign w:val="center"/>
          </w:tcPr>
          <w:p w14:paraId="06C3A26F" w14:textId="77777777" w:rsidR="00965DE3" w:rsidRDefault="00965DE3"/>
        </w:tc>
      </w:tr>
      <w:tr w:rsidR="00965DE3" w14:paraId="774A73B9" w14:textId="77777777" w:rsidTr="00D45F1C">
        <w:trPr>
          <w:trHeight w:val="292"/>
          <w:jc w:val="center"/>
        </w:trPr>
        <w:tc>
          <w:tcPr>
            <w:tcW w:w="4535" w:type="dxa"/>
            <w:tcBorders>
              <w:right w:val="nil"/>
            </w:tcBorders>
            <w:vAlign w:val="center"/>
          </w:tcPr>
          <w:p w14:paraId="699D548D" w14:textId="77777777" w:rsidR="00965DE3" w:rsidRDefault="00BB4AD3">
            <w:proofErr w:type="spellStart"/>
            <w:r>
              <w:rPr>
                <w:sz w:val="20"/>
              </w:rPr>
              <w:t>Gözetmen</w:t>
            </w:r>
            <w:proofErr w:type="spellEnd"/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ler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4" w:type="dxa"/>
            <w:tcBorders>
              <w:left w:val="nil"/>
            </w:tcBorders>
            <w:vAlign w:val="center"/>
          </w:tcPr>
          <w:p w14:paraId="53C18F9F" w14:textId="77777777" w:rsidR="00965DE3" w:rsidRDefault="00965DE3"/>
        </w:tc>
        <w:tc>
          <w:tcPr>
            <w:tcW w:w="1882" w:type="dxa"/>
            <w:vAlign w:val="center"/>
          </w:tcPr>
          <w:p w14:paraId="43AF9DE7" w14:textId="77777777" w:rsidR="00965DE3" w:rsidRDefault="00965DE3"/>
        </w:tc>
        <w:tc>
          <w:tcPr>
            <w:tcW w:w="1993" w:type="dxa"/>
            <w:vAlign w:val="center"/>
          </w:tcPr>
          <w:p w14:paraId="43498A46" w14:textId="77777777" w:rsidR="00965DE3" w:rsidRDefault="00965DE3"/>
        </w:tc>
      </w:tr>
      <w:tr w:rsidR="00965DE3" w14:paraId="6DF61923" w14:textId="77777777" w:rsidTr="00D45F1C">
        <w:trPr>
          <w:trHeight w:val="281"/>
          <w:jc w:val="center"/>
        </w:trPr>
        <w:tc>
          <w:tcPr>
            <w:tcW w:w="9684" w:type="dxa"/>
            <w:gridSpan w:val="4"/>
          </w:tcPr>
          <w:p w14:paraId="7E46674E" w14:textId="77777777" w:rsidR="00965DE3" w:rsidRDefault="00BB4AD3">
            <w:pPr>
              <w:jc w:val="center"/>
            </w:pPr>
            <w:r>
              <w:rPr>
                <w:b/>
              </w:rPr>
              <w:t>ÖĞRENCİ VE EVRAK BİLGİLERİ</w:t>
            </w:r>
          </w:p>
        </w:tc>
      </w:tr>
      <w:tr w:rsidR="00965DE3" w14:paraId="255D9668" w14:textId="77777777" w:rsidTr="00D45F1C">
        <w:trPr>
          <w:trHeight w:val="270"/>
          <w:jc w:val="center"/>
        </w:trPr>
        <w:tc>
          <w:tcPr>
            <w:tcW w:w="4535" w:type="dxa"/>
            <w:vAlign w:val="center"/>
          </w:tcPr>
          <w:p w14:paraId="152F5305" w14:textId="77777777" w:rsidR="00965DE3" w:rsidRDefault="00BB4AD3">
            <w:proofErr w:type="spellStart"/>
            <w:r>
              <w:rPr>
                <w:b/>
                <w:sz w:val="20"/>
              </w:rPr>
              <w:t>Açıklama</w:t>
            </w:r>
            <w:proofErr w:type="spellEnd"/>
          </w:p>
        </w:tc>
        <w:tc>
          <w:tcPr>
            <w:tcW w:w="1274" w:type="dxa"/>
            <w:vAlign w:val="center"/>
          </w:tcPr>
          <w:p w14:paraId="5390B1AB" w14:textId="77777777" w:rsidR="00965DE3" w:rsidRDefault="00BB4AD3">
            <w:proofErr w:type="spellStart"/>
            <w:r>
              <w:rPr>
                <w:b/>
                <w:sz w:val="20"/>
              </w:rPr>
              <w:t>Sayı</w:t>
            </w:r>
            <w:proofErr w:type="spellEnd"/>
          </w:p>
        </w:tc>
        <w:tc>
          <w:tcPr>
            <w:tcW w:w="1882" w:type="dxa"/>
            <w:vAlign w:val="center"/>
          </w:tcPr>
          <w:p w14:paraId="70FCD891" w14:textId="77777777" w:rsidR="00965DE3" w:rsidRDefault="00BB4AD3">
            <w:proofErr w:type="spellStart"/>
            <w:r>
              <w:rPr>
                <w:b/>
                <w:sz w:val="20"/>
              </w:rPr>
              <w:t>Açıklama</w:t>
            </w:r>
            <w:proofErr w:type="spellEnd"/>
          </w:p>
        </w:tc>
        <w:tc>
          <w:tcPr>
            <w:tcW w:w="1993" w:type="dxa"/>
            <w:vAlign w:val="center"/>
          </w:tcPr>
          <w:p w14:paraId="2F0D1EA6" w14:textId="77777777" w:rsidR="00965DE3" w:rsidRDefault="00BB4AD3">
            <w:proofErr w:type="spellStart"/>
            <w:r>
              <w:rPr>
                <w:b/>
                <w:sz w:val="20"/>
              </w:rPr>
              <w:t>Sayı</w:t>
            </w:r>
            <w:proofErr w:type="spellEnd"/>
          </w:p>
        </w:tc>
      </w:tr>
      <w:tr w:rsidR="00965DE3" w14:paraId="30DC74E3" w14:textId="77777777" w:rsidTr="00D45F1C">
        <w:trPr>
          <w:trHeight w:val="790"/>
          <w:jc w:val="center"/>
        </w:trPr>
        <w:tc>
          <w:tcPr>
            <w:tcW w:w="4535" w:type="dxa"/>
            <w:vAlign w:val="center"/>
          </w:tcPr>
          <w:p w14:paraId="125FCDEE" w14:textId="77777777" w:rsidR="00965DE3" w:rsidRDefault="00BB4AD3"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Giren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Öğrenci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Sayısı</w:t>
            </w:r>
            <w:proofErr w:type="spellEnd"/>
          </w:p>
        </w:tc>
        <w:tc>
          <w:tcPr>
            <w:tcW w:w="1274" w:type="dxa"/>
            <w:vAlign w:val="center"/>
          </w:tcPr>
          <w:p w14:paraId="006BD525" w14:textId="77777777" w:rsidR="00965DE3" w:rsidRDefault="00965DE3"/>
        </w:tc>
        <w:tc>
          <w:tcPr>
            <w:tcW w:w="1882" w:type="dxa"/>
            <w:vAlign w:val="center"/>
          </w:tcPr>
          <w:p w14:paraId="43DC89F7" w14:textId="77777777" w:rsidR="00965DE3" w:rsidRDefault="00BB4AD3">
            <w:r>
              <w:rPr>
                <w:sz w:val="20"/>
              </w:rPr>
              <w:t xml:space="preserve">Teslim </w:t>
            </w:r>
            <w:proofErr w:type="spellStart"/>
            <w:r>
              <w:rPr>
                <w:sz w:val="20"/>
              </w:rPr>
              <w:t>Alınan</w:t>
            </w:r>
            <w:proofErr w:type="spellEnd"/>
            <w:r>
              <w:rPr>
                <w:sz w:val="20"/>
              </w:rPr>
              <w:t xml:space="preserve"> Sınav Kağıdı Sayısı</w:t>
            </w:r>
          </w:p>
        </w:tc>
        <w:tc>
          <w:tcPr>
            <w:tcW w:w="1993" w:type="dxa"/>
            <w:vAlign w:val="center"/>
          </w:tcPr>
          <w:p w14:paraId="7EA591EF" w14:textId="77777777" w:rsidR="00965DE3" w:rsidRDefault="00965DE3"/>
        </w:tc>
      </w:tr>
      <w:tr w:rsidR="00965DE3" w14:paraId="7BB0BA44" w14:textId="77777777" w:rsidTr="00D45F1C">
        <w:trPr>
          <w:trHeight w:val="530"/>
          <w:jc w:val="center"/>
        </w:trPr>
        <w:tc>
          <w:tcPr>
            <w:tcW w:w="4535" w:type="dxa"/>
            <w:vAlign w:val="center"/>
          </w:tcPr>
          <w:p w14:paraId="147CF412" w14:textId="77777777" w:rsidR="00965DE3" w:rsidRDefault="00BB4AD3">
            <w:proofErr w:type="spellStart"/>
            <w:r>
              <w:rPr>
                <w:sz w:val="20"/>
              </w:rPr>
              <w:t>Kullanılmayan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Kağıdı Sayısı</w:t>
            </w:r>
          </w:p>
        </w:tc>
        <w:tc>
          <w:tcPr>
            <w:tcW w:w="1274" w:type="dxa"/>
            <w:vAlign w:val="center"/>
          </w:tcPr>
          <w:p w14:paraId="18AC1495" w14:textId="77777777" w:rsidR="00965DE3" w:rsidRDefault="00965DE3"/>
        </w:tc>
        <w:tc>
          <w:tcPr>
            <w:tcW w:w="1882" w:type="dxa"/>
            <w:vAlign w:val="center"/>
          </w:tcPr>
          <w:p w14:paraId="1C9E5AE4" w14:textId="77777777" w:rsidR="00965DE3" w:rsidRDefault="00BB4AD3">
            <w:proofErr w:type="spellStart"/>
            <w:r>
              <w:rPr>
                <w:sz w:val="20"/>
              </w:rPr>
              <w:t>Tutulan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Tutanak</w:t>
            </w:r>
            <w:proofErr w:type="spellEnd"/>
            <w:r>
              <w:rPr>
                <w:sz w:val="20"/>
              </w:rPr>
              <w:t xml:space="preserve"> Sayısı</w:t>
            </w:r>
          </w:p>
        </w:tc>
        <w:tc>
          <w:tcPr>
            <w:tcW w:w="1993" w:type="dxa"/>
            <w:vAlign w:val="center"/>
          </w:tcPr>
          <w:p w14:paraId="0211B09A" w14:textId="77777777" w:rsidR="00965DE3" w:rsidRDefault="00965DE3"/>
        </w:tc>
      </w:tr>
      <w:tr w:rsidR="00965DE3" w14:paraId="3F071B98" w14:textId="77777777" w:rsidTr="00D45F1C">
        <w:trPr>
          <w:trHeight w:val="292"/>
          <w:jc w:val="center"/>
        </w:trPr>
        <w:tc>
          <w:tcPr>
            <w:tcW w:w="9684" w:type="dxa"/>
            <w:gridSpan w:val="4"/>
          </w:tcPr>
          <w:p w14:paraId="45E6B6FF" w14:textId="77777777" w:rsidR="00965DE3" w:rsidRDefault="00BB4AD3">
            <w:pPr>
              <w:jc w:val="center"/>
            </w:pPr>
            <w:r>
              <w:rPr>
                <w:b/>
              </w:rPr>
              <w:t>SINAV SÜRECİ KONTROLÜ</w:t>
            </w:r>
          </w:p>
        </w:tc>
      </w:tr>
      <w:tr w:rsidR="00965DE3" w14:paraId="4965B79A" w14:textId="77777777" w:rsidTr="00BD1745">
        <w:trPr>
          <w:trHeight w:val="292"/>
          <w:jc w:val="center"/>
        </w:trPr>
        <w:tc>
          <w:tcPr>
            <w:tcW w:w="4535" w:type="dxa"/>
            <w:vAlign w:val="center"/>
          </w:tcPr>
          <w:p w14:paraId="0EBA7096" w14:textId="77777777" w:rsidR="00965DE3" w:rsidRDefault="00BB4AD3">
            <w:proofErr w:type="spellStart"/>
            <w:r>
              <w:rPr>
                <w:b/>
                <w:sz w:val="20"/>
              </w:rPr>
              <w:t>Kontrol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Maddesi</w:t>
            </w:r>
            <w:proofErr w:type="spellEnd"/>
          </w:p>
        </w:tc>
        <w:tc>
          <w:tcPr>
            <w:tcW w:w="1274" w:type="dxa"/>
            <w:vAlign w:val="center"/>
          </w:tcPr>
          <w:p w14:paraId="217DE038" w14:textId="77777777" w:rsidR="00965DE3" w:rsidRDefault="00BB4AD3">
            <w:r>
              <w:rPr>
                <w:b/>
                <w:sz w:val="20"/>
              </w:rPr>
              <w:t>Evet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750F80E2" w14:textId="77777777" w:rsidR="00965DE3" w:rsidRDefault="00BB4AD3">
            <w:proofErr w:type="spellStart"/>
            <w:r>
              <w:rPr>
                <w:b/>
                <w:sz w:val="20"/>
              </w:rPr>
              <w:t>Hayır</w:t>
            </w:r>
            <w:proofErr w:type="spellEnd"/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D0554F" w14:textId="77777777" w:rsidR="00965DE3" w:rsidRDefault="00965DE3"/>
        </w:tc>
      </w:tr>
      <w:tr w:rsidR="00965DE3" w14:paraId="0E9EA59B" w14:textId="77777777" w:rsidTr="00BD1745">
        <w:trPr>
          <w:trHeight w:val="292"/>
          <w:jc w:val="center"/>
        </w:trPr>
        <w:tc>
          <w:tcPr>
            <w:tcW w:w="4535" w:type="dxa"/>
            <w:vAlign w:val="center"/>
          </w:tcPr>
          <w:p w14:paraId="5E416B2E" w14:textId="77777777" w:rsidR="00965DE3" w:rsidRDefault="00BB4AD3">
            <w:proofErr w:type="spellStart"/>
            <w:r>
              <w:rPr>
                <w:sz w:val="20"/>
              </w:rPr>
              <w:t>Öğrenci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kimlik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kontrolleri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yapıldı</w:t>
            </w:r>
            <w:proofErr w:type="spellEnd"/>
          </w:p>
        </w:tc>
        <w:tc>
          <w:tcPr>
            <w:tcW w:w="1274" w:type="dxa"/>
            <w:vAlign w:val="center"/>
          </w:tcPr>
          <w:p w14:paraId="0EB9B48E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05507432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865603" w14:textId="77777777" w:rsidR="00965DE3" w:rsidRDefault="00965DE3"/>
        </w:tc>
      </w:tr>
      <w:tr w:rsidR="00965DE3" w14:paraId="4150112F" w14:textId="77777777" w:rsidTr="00BD1745">
        <w:trPr>
          <w:trHeight w:val="304"/>
          <w:jc w:val="center"/>
        </w:trPr>
        <w:tc>
          <w:tcPr>
            <w:tcW w:w="4535" w:type="dxa"/>
            <w:vAlign w:val="center"/>
          </w:tcPr>
          <w:p w14:paraId="7743F02A" w14:textId="77777777" w:rsidR="00965DE3" w:rsidRDefault="00BB4AD3">
            <w:proofErr w:type="spellStart"/>
            <w:r>
              <w:rPr>
                <w:sz w:val="20"/>
              </w:rPr>
              <w:t>Yoklama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listesi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imzalatıldı</w:t>
            </w:r>
            <w:proofErr w:type="spellEnd"/>
          </w:p>
        </w:tc>
        <w:tc>
          <w:tcPr>
            <w:tcW w:w="1274" w:type="dxa"/>
            <w:vAlign w:val="center"/>
          </w:tcPr>
          <w:p w14:paraId="046178B1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2A5FD47A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670C4F" w14:textId="77777777" w:rsidR="00965DE3" w:rsidRDefault="00965DE3"/>
        </w:tc>
      </w:tr>
      <w:tr w:rsidR="00965DE3" w14:paraId="3642DCB4" w14:textId="77777777" w:rsidTr="00BD1745">
        <w:trPr>
          <w:trHeight w:val="292"/>
          <w:jc w:val="center"/>
        </w:trPr>
        <w:tc>
          <w:tcPr>
            <w:tcW w:w="4535" w:type="dxa"/>
            <w:vAlign w:val="center"/>
          </w:tcPr>
          <w:p w14:paraId="37B013CA" w14:textId="77777777" w:rsidR="00965DE3" w:rsidRDefault="00BB4AD3"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kurallarına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aykırı</w:t>
            </w:r>
            <w:proofErr w:type="spellEnd"/>
            <w:r>
              <w:rPr>
                <w:sz w:val="20"/>
              </w:rPr>
              <w:t xml:space="preserve"> durum </w:t>
            </w:r>
            <w:proofErr w:type="spellStart"/>
            <w:r>
              <w:rPr>
                <w:sz w:val="20"/>
              </w:rPr>
              <w:t>yaşandı</w:t>
            </w:r>
            <w:proofErr w:type="spellEnd"/>
          </w:p>
        </w:tc>
        <w:tc>
          <w:tcPr>
            <w:tcW w:w="1274" w:type="dxa"/>
            <w:vAlign w:val="center"/>
          </w:tcPr>
          <w:p w14:paraId="78F3EC71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40C2B6DE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EE3A65" w14:textId="77777777" w:rsidR="00965DE3" w:rsidRDefault="00965DE3"/>
        </w:tc>
      </w:tr>
      <w:tr w:rsidR="00965DE3" w14:paraId="2EEB5C00" w14:textId="77777777" w:rsidTr="00BD1745">
        <w:trPr>
          <w:trHeight w:val="304"/>
          <w:jc w:val="center"/>
        </w:trPr>
        <w:tc>
          <w:tcPr>
            <w:tcW w:w="4535" w:type="dxa"/>
            <w:vAlign w:val="center"/>
          </w:tcPr>
          <w:p w14:paraId="3E19BF15" w14:textId="77777777" w:rsidR="00965DE3" w:rsidRDefault="00BB4AD3">
            <w:proofErr w:type="spellStart"/>
            <w:r>
              <w:rPr>
                <w:sz w:val="20"/>
              </w:rPr>
              <w:t>Kopya</w:t>
            </w:r>
            <w:proofErr w:type="spellEnd"/>
            <w:r>
              <w:rPr>
                <w:sz w:val="20"/>
              </w:rPr>
              <w:t xml:space="preserve"> / </w:t>
            </w:r>
            <w:proofErr w:type="spellStart"/>
            <w:r>
              <w:rPr>
                <w:sz w:val="20"/>
              </w:rPr>
              <w:t>disiplin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tutanağı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tutuldu</w:t>
            </w:r>
            <w:proofErr w:type="spellEnd"/>
          </w:p>
        </w:tc>
        <w:tc>
          <w:tcPr>
            <w:tcW w:w="1274" w:type="dxa"/>
            <w:vAlign w:val="center"/>
          </w:tcPr>
          <w:p w14:paraId="7CC44C5C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14:paraId="11B26D6B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1C6F6D" w14:textId="77777777" w:rsidR="00965DE3" w:rsidRDefault="00965DE3"/>
        </w:tc>
      </w:tr>
      <w:tr w:rsidR="00965DE3" w14:paraId="4461E3B0" w14:textId="77777777" w:rsidTr="00BD1745">
        <w:trPr>
          <w:trHeight w:val="304"/>
          <w:jc w:val="center"/>
        </w:trPr>
        <w:tc>
          <w:tcPr>
            <w:tcW w:w="4535" w:type="dxa"/>
            <w:tcBorders>
              <w:bottom w:val="single" w:sz="4" w:space="0" w:color="auto"/>
            </w:tcBorders>
            <w:vAlign w:val="center"/>
          </w:tcPr>
          <w:p w14:paraId="163536B5" w14:textId="77777777" w:rsidR="00965DE3" w:rsidRDefault="00BB4AD3"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evrakları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eksiksiz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teslim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edildi</w:t>
            </w:r>
            <w:proofErr w:type="spellEnd"/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128074E7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8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5118FC4" w14:textId="77777777" w:rsidR="00965DE3" w:rsidRDefault="00BB4AD3">
            <w:r>
              <w:rPr>
                <w:sz w:val="20"/>
              </w:rPr>
              <w:t>☐</w:t>
            </w:r>
          </w:p>
        </w:tc>
        <w:tc>
          <w:tcPr>
            <w:tcW w:w="1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C547D7" w14:textId="77777777" w:rsidR="00965DE3" w:rsidRDefault="00965DE3"/>
        </w:tc>
      </w:tr>
      <w:tr w:rsidR="00965DE3" w14:paraId="1E1BCAEA" w14:textId="77777777" w:rsidTr="00D45F1C">
        <w:trPr>
          <w:trHeight w:val="281"/>
          <w:jc w:val="center"/>
        </w:trPr>
        <w:tc>
          <w:tcPr>
            <w:tcW w:w="9684" w:type="dxa"/>
            <w:gridSpan w:val="4"/>
            <w:tcBorders>
              <w:bottom w:val="single" w:sz="4" w:space="0" w:color="auto"/>
            </w:tcBorders>
          </w:tcPr>
          <w:p w14:paraId="7A68B605" w14:textId="77777777" w:rsidR="00965DE3" w:rsidRDefault="00BB4AD3">
            <w:pPr>
              <w:jc w:val="center"/>
            </w:pPr>
            <w:r>
              <w:rPr>
                <w:b/>
              </w:rPr>
              <w:t>AÇIKLAMALAR / TUTANAK BİLGİLERİ</w:t>
            </w:r>
          </w:p>
        </w:tc>
      </w:tr>
      <w:tr w:rsidR="00786C92" w14:paraId="7C3361B2" w14:textId="77777777" w:rsidTr="00D45F1C">
        <w:trPr>
          <w:trHeight w:val="1338"/>
          <w:jc w:val="center"/>
        </w:trPr>
        <w:tc>
          <w:tcPr>
            <w:tcW w:w="9684" w:type="dxa"/>
            <w:gridSpan w:val="4"/>
            <w:tcBorders>
              <w:bottom w:val="single" w:sz="4" w:space="0" w:color="auto"/>
            </w:tcBorders>
          </w:tcPr>
          <w:p w14:paraId="55000101" w14:textId="77777777" w:rsidR="00786C92" w:rsidRDefault="00786C92">
            <w:pPr>
              <w:jc w:val="center"/>
              <w:rPr>
                <w:b/>
              </w:rPr>
            </w:pPr>
          </w:p>
        </w:tc>
      </w:tr>
      <w:tr w:rsidR="00D45F1C" w14:paraId="25F0B87F" w14:textId="77777777" w:rsidTr="00D45F1C">
        <w:trPr>
          <w:trHeight w:val="790"/>
          <w:jc w:val="center"/>
        </w:trPr>
        <w:tc>
          <w:tcPr>
            <w:tcW w:w="4535" w:type="dxa"/>
            <w:gridSpan w:val="2"/>
            <w:tcBorders>
              <w:top w:val="nil"/>
            </w:tcBorders>
            <w:vAlign w:val="center"/>
          </w:tcPr>
          <w:p w14:paraId="31A5475C" w14:textId="77777777" w:rsidR="00D45F1C" w:rsidRPr="00786C92" w:rsidRDefault="00D45F1C">
            <w:pPr>
              <w:rPr>
                <w:b/>
                <w:bCs/>
              </w:rPr>
            </w:pPr>
            <w:proofErr w:type="spellStart"/>
            <w:r w:rsidRPr="00786C92">
              <w:rPr>
                <w:b/>
                <w:bCs/>
                <w:sz w:val="20"/>
              </w:rPr>
              <w:t>Gözetmen</w:t>
            </w:r>
            <w:proofErr w:type="spellEnd"/>
            <w:r w:rsidRPr="00786C92">
              <w:rPr>
                <w:b/>
                <w:bCs/>
                <w:sz w:val="20"/>
              </w:rPr>
              <w:t xml:space="preserve"> </w:t>
            </w:r>
            <w:proofErr w:type="spellStart"/>
            <w:r w:rsidRPr="00786C92">
              <w:rPr>
                <w:b/>
                <w:bCs/>
                <w:sz w:val="20"/>
              </w:rPr>
              <w:t>Adı</w:t>
            </w:r>
            <w:proofErr w:type="spellEnd"/>
            <w:r w:rsidRPr="00786C92">
              <w:rPr>
                <w:b/>
                <w:bCs/>
                <w:sz w:val="20"/>
              </w:rPr>
              <w:t xml:space="preserve"> </w:t>
            </w:r>
            <w:proofErr w:type="spellStart"/>
            <w:r w:rsidRPr="00786C92">
              <w:rPr>
                <w:b/>
                <w:bCs/>
                <w:sz w:val="20"/>
              </w:rPr>
              <w:t>Soyadı</w:t>
            </w:r>
            <w:proofErr w:type="spellEnd"/>
          </w:p>
        </w:tc>
        <w:tc>
          <w:tcPr>
            <w:tcW w:w="1274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14:paraId="2CAF7348" w14:textId="77777777" w:rsidR="00D45F1C" w:rsidRPr="00786C92" w:rsidRDefault="00D45F1C">
            <w:pPr>
              <w:rPr>
                <w:b/>
                <w:bCs/>
              </w:rPr>
            </w:pPr>
            <w:proofErr w:type="spellStart"/>
            <w:r w:rsidRPr="00786C92">
              <w:rPr>
                <w:b/>
                <w:bCs/>
                <w:sz w:val="20"/>
              </w:rPr>
              <w:t>İmza</w:t>
            </w:r>
            <w:proofErr w:type="spellEnd"/>
          </w:p>
        </w:tc>
      </w:tr>
      <w:tr w:rsidR="00D45F1C" w14:paraId="6002C917" w14:textId="77777777" w:rsidTr="00D45F1C">
        <w:trPr>
          <w:trHeight w:val="824"/>
          <w:jc w:val="center"/>
        </w:trPr>
        <w:tc>
          <w:tcPr>
            <w:tcW w:w="4535" w:type="dxa"/>
            <w:gridSpan w:val="2"/>
            <w:vAlign w:val="center"/>
          </w:tcPr>
          <w:p w14:paraId="1EE2A61F" w14:textId="77777777" w:rsidR="00D45F1C" w:rsidRDefault="00D45F1C">
            <w:r>
              <w:rPr>
                <w:sz w:val="20"/>
              </w:rPr>
              <w:br/>
            </w:r>
            <w:r>
              <w:rPr>
                <w:sz w:val="20"/>
              </w:rPr>
              <w:br/>
            </w: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  <w:vAlign w:val="center"/>
          </w:tcPr>
          <w:p w14:paraId="780BBFC3" w14:textId="77777777" w:rsidR="00D45F1C" w:rsidRDefault="00D45F1C"/>
        </w:tc>
      </w:tr>
    </w:tbl>
    <w:p w14:paraId="65E9571D" w14:textId="77777777" w:rsidR="0035542B" w:rsidRDefault="0035542B"/>
    <w:sectPr w:rsidR="0035542B" w:rsidSect="00034616">
      <w:pgSz w:w="12240" w:h="15840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F191F" w14:textId="77777777" w:rsidR="00B15917" w:rsidRDefault="00B15917" w:rsidP="00786C92">
      <w:pPr>
        <w:spacing w:after="0" w:line="240" w:lineRule="auto"/>
      </w:pPr>
      <w:r>
        <w:separator/>
      </w:r>
    </w:p>
  </w:endnote>
  <w:endnote w:type="continuationSeparator" w:id="0">
    <w:p w14:paraId="15866539" w14:textId="77777777" w:rsidR="00B15917" w:rsidRDefault="00B15917" w:rsidP="00786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C6725" w14:textId="77777777" w:rsidR="00B15917" w:rsidRDefault="00B15917" w:rsidP="00786C92">
      <w:pPr>
        <w:spacing w:after="0" w:line="240" w:lineRule="auto"/>
      </w:pPr>
      <w:r>
        <w:separator/>
      </w:r>
    </w:p>
  </w:footnote>
  <w:footnote w:type="continuationSeparator" w:id="0">
    <w:p w14:paraId="602F62B8" w14:textId="77777777" w:rsidR="00B15917" w:rsidRDefault="00B15917" w:rsidP="00786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4668417">
    <w:abstractNumId w:val="8"/>
  </w:num>
  <w:num w:numId="2" w16cid:durableId="1581938361">
    <w:abstractNumId w:val="6"/>
  </w:num>
  <w:num w:numId="3" w16cid:durableId="624309596">
    <w:abstractNumId w:val="5"/>
  </w:num>
  <w:num w:numId="4" w16cid:durableId="330983964">
    <w:abstractNumId w:val="4"/>
  </w:num>
  <w:num w:numId="5" w16cid:durableId="1814177387">
    <w:abstractNumId w:val="7"/>
  </w:num>
  <w:num w:numId="6" w16cid:durableId="1218199795">
    <w:abstractNumId w:val="3"/>
  </w:num>
  <w:num w:numId="7" w16cid:durableId="1276136712">
    <w:abstractNumId w:val="2"/>
  </w:num>
  <w:num w:numId="8" w16cid:durableId="1815828957">
    <w:abstractNumId w:val="1"/>
  </w:num>
  <w:num w:numId="9" w16cid:durableId="242034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5542B"/>
    <w:rsid w:val="00786C92"/>
    <w:rsid w:val="0086305A"/>
    <w:rsid w:val="009505E4"/>
    <w:rsid w:val="00965DE3"/>
    <w:rsid w:val="00AA1D8D"/>
    <w:rsid w:val="00B15917"/>
    <w:rsid w:val="00B47730"/>
    <w:rsid w:val="00B67B83"/>
    <w:rsid w:val="00B830BE"/>
    <w:rsid w:val="00BB4AD3"/>
    <w:rsid w:val="00BD1745"/>
    <w:rsid w:val="00CB0664"/>
    <w:rsid w:val="00D45F1C"/>
    <w:rsid w:val="00E70ADF"/>
    <w:rsid w:val="00F547F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D2CAC"/>
  <w14:defaultImageDpi w14:val="300"/>
  <w15:docId w15:val="{51D0B7EE-7E1E-49C1-8449-9F06FDFD2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leNormal">
    <w:name w:val="Table Normal"/>
    <w:uiPriority w:val="2"/>
    <w:semiHidden/>
    <w:unhideWhenUsed/>
    <w:qFormat/>
    <w:rsid w:val="00786C92"/>
    <w:pPr>
      <w:widowControl w:val="0"/>
      <w:autoSpaceDE w:val="0"/>
      <w:autoSpaceDN w:val="0"/>
      <w:spacing w:after="0" w:line="240" w:lineRule="auto"/>
    </w:pPr>
    <w:rPr>
      <w:rFonts w:eastAsia="Calibri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45F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tr-T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2716226-245A-4FCF-8355-71F034071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772</Characters>
  <Application>Microsoft Office Word</Application>
  <DocSecurity>0</DocSecurity>
  <Lines>110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office</cp:lastModifiedBy>
  <cp:revision>2</cp:revision>
  <dcterms:created xsi:type="dcterms:W3CDTF">2026-06-02T07:47:00Z</dcterms:created>
  <dcterms:modified xsi:type="dcterms:W3CDTF">2026-06-02T07:47:00Z</dcterms:modified>
  <cp:category/>
</cp:coreProperties>
</file>